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90DD2" w14:textId="77777777" w:rsidR="00167EA5" w:rsidRDefault="00000000">
      <w:pPr>
        <w:pStyle w:val="Title"/>
        <w:spacing w:after="60"/>
        <w:jc w:val="center"/>
      </w:pPr>
      <w:r>
        <w:rPr>
          <w:rFonts w:ascii="Times New Roman" w:hAnsi="Times New Roman"/>
          <w:b/>
          <w:sz w:val="32"/>
        </w:rPr>
        <w:t>FULL NAME</w:t>
      </w:r>
    </w:p>
    <w:p w14:paraId="62143CF4" w14:textId="77777777" w:rsidR="00167EA5" w:rsidRDefault="00000000">
      <w:pPr>
        <w:jc w:val="center"/>
      </w:pPr>
      <w:r>
        <w:t>Street Address • City, State ZIP</w:t>
      </w:r>
    </w:p>
    <w:p w14:paraId="3D734CA9" w14:textId="77777777" w:rsidR="00167EA5" w:rsidRDefault="00000000">
      <w:pPr>
        <w:jc w:val="center"/>
      </w:pPr>
      <w:r>
        <w:t>Phone Number • Email Address</w:t>
      </w:r>
    </w:p>
    <w:p w14:paraId="0B50B814" w14:textId="77777777" w:rsidR="00167EA5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LEGAL EXPERIENCE</w:t>
      </w:r>
    </w:p>
    <w:p w14:paraId="32B29216" w14:textId="77777777" w:rsidR="00167EA5" w:rsidRDefault="00000000">
      <w:pPr>
        <w:keepNext/>
      </w:pPr>
      <w:r>
        <w:rPr>
          <w:b/>
        </w:rPr>
        <w:t>CURRENT OR MOST RECENT EMPLOYER</w:t>
      </w:r>
      <w:r>
        <w:tab/>
      </w:r>
      <w:r>
        <w:rPr>
          <w:b/>
        </w:rPr>
        <w:t>City, State</w:t>
      </w:r>
    </w:p>
    <w:p w14:paraId="079B2006" w14:textId="1B696289" w:rsidR="00167EA5" w:rsidRPr="00F2020A" w:rsidRDefault="00000000">
      <w:pPr>
        <w:keepNext/>
        <w:spacing w:after="40"/>
        <w:rPr>
          <w:bCs/>
          <w:iCs/>
        </w:rPr>
      </w:pPr>
      <w:r>
        <w:rPr>
          <w:i/>
        </w:rPr>
        <w:t>Associate / Attorney</w:t>
      </w:r>
      <w:r w:rsidR="00F2020A">
        <w:rPr>
          <w:i/>
        </w:rPr>
        <w:t xml:space="preserve"> (select one)</w:t>
      </w:r>
      <w:r>
        <w:rPr>
          <w:i/>
        </w:rPr>
        <w:t>, Practice Group</w:t>
      </w:r>
      <w:r>
        <w:tab/>
      </w:r>
      <w:r w:rsidRPr="00F2020A">
        <w:rPr>
          <w:bCs/>
          <w:iCs/>
        </w:rPr>
        <w:t>Month Year – Present</w:t>
      </w:r>
    </w:p>
    <w:p w14:paraId="65284B56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your practice, the clients you represent and the matters you handle.</w:t>
      </w:r>
    </w:p>
    <w:p w14:paraId="55DF152E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Identify agreements negotiated, litigation handled or advice provided.</w:t>
      </w:r>
    </w:p>
    <w:p w14:paraId="6A3C77F9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your responsibility for matters, client contact or team supervision.</w:t>
      </w:r>
    </w:p>
    <w:p w14:paraId="407BCC3C" w14:textId="77777777" w:rsidR="00F2020A" w:rsidRDefault="00F2020A">
      <w:pPr>
        <w:tabs>
          <w:tab w:val="left" w:pos="230"/>
        </w:tabs>
        <w:spacing w:after="40"/>
        <w:ind w:left="230" w:hanging="230"/>
      </w:pPr>
    </w:p>
    <w:p w14:paraId="2CD38BBC" w14:textId="56AE9E94" w:rsidR="00167EA5" w:rsidRDefault="00000000">
      <w:pPr>
        <w:keepNext/>
        <w:spacing w:before="60" w:after="20"/>
      </w:pPr>
      <w:r>
        <w:rPr>
          <w:i/>
        </w:rPr>
        <w:t>Selected matters (optional</w:t>
      </w:r>
      <w:r w:rsidR="009629AF">
        <w:rPr>
          <w:i/>
        </w:rPr>
        <w:t xml:space="preserve"> if you don’t have a deal sheet or representative matters sheet</w:t>
      </w:r>
      <w:r>
        <w:rPr>
          <w:i/>
        </w:rPr>
        <w:t>):</w:t>
      </w:r>
    </w:p>
    <w:p w14:paraId="2CB61076" w14:textId="6B6CF879" w:rsidR="009629AF" w:rsidRPr="00F2020A" w:rsidRDefault="00000000" w:rsidP="009629AF">
      <w:pPr>
        <w:tabs>
          <w:tab w:val="left" w:pos="230"/>
        </w:tabs>
        <w:spacing w:after="40"/>
        <w:ind w:left="230" w:hanging="230"/>
        <w:rPr>
          <w:i/>
          <w:iCs/>
        </w:rPr>
      </w:pPr>
      <w:r>
        <w:t>•</w:t>
      </w:r>
      <w:r>
        <w:tab/>
        <w:t>Describe a representative transaction or case and your role; include size or outcome when appropriate and permitted.</w:t>
      </w:r>
      <w:r w:rsidR="00F2020A">
        <w:t xml:space="preserve"> </w:t>
      </w:r>
      <w:r w:rsidR="00F2020A" w:rsidRPr="00F2020A">
        <w:rPr>
          <w:i/>
          <w:iCs/>
        </w:rPr>
        <w:t>(use multiple bullet points if you use this section)</w:t>
      </w:r>
    </w:p>
    <w:p w14:paraId="56AAD9F1" w14:textId="77777777" w:rsidR="00F2020A" w:rsidRDefault="00F2020A" w:rsidP="00F2020A">
      <w:pPr>
        <w:tabs>
          <w:tab w:val="left" w:pos="230"/>
        </w:tabs>
        <w:spacing w:after="40"/>
      </w:pPr>
    </w:p>
    <w:p w14:paraId="24666375" w14:textId="77777777" w:rsidR="00167EA5" w:rsidRDefault="00000000">
      <w:pPr>
        <w:keepNext/>
        <w:spacing w:before="100"/>
      </w:pPr>
      <w:r>
        <w:rPr>
          <w:b/>
        </w:rPr>
        <w:t>PRIOR EMPLOYER</w:t>
      </w:r>
      <w:r>
        <w:tab/>
      </w:r>
      <w:r>
        <w:rPr>
          <w:b/>
        </w:rPr>
        <w:t>City, State</w:t>
      </w:r>
    </w:p>
    <w:p w14:paraId="07024E1C" w14:textId="4B9B4CF6" w:rsidR="00167EA5" w:rsidRDefault="00000000">
      <w:pPr>
        <w:keepNext/>
        <w:spacing w:after="40"/>
      </w:pPr>
      <w:r>
        <w:rPr>
          <w:i/>
        </w:rPr>
        <w:t>Associate / Attorney</w:t>
      </w:r>
      <w:r w:rsidR="00F2020A">
        <w:rPr>
          <w:i/>
        </w:rPr>
        <w:t xml:space="preserve"> (select one)</w:t>
      </w:r>
      <w:r>
        <w:rPr>
          <w:i/>
        </w:rPr>
        <w:t>, Practice Group</w:t>
      </w:r>
      <w:r>
        <w:tab/>
      </w:r>
      <w:r w:rsidRPr="00F2020A">
        <w:rPr>
          <w:bCs/>
          <w:iCs/>
        </w:rPr>
        <w:t>Month Year – Month Year</w:t>
      </w:r>
    </w:p>
    <w:p w14:paraId="7E7B2A09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the matters handled and your role.</w:t>
      </w:r>
    </w:p>
    <w:p w14:paraId="56089F5E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Identify substantive drafting, research, transactions or court experience.</w:t>
      </w:r>
    </w:p>
    <w:p w14:paraId="41D9FCD7" w14:textId="77777777" w:rsidR="0027726D" w:rsidRDefault="0027726D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23D6BBFB" w14:textId="1900FE9A" w:rsidR="00167EA5" w:rsidRPr="009629AF" w:rsidRDefault="00000000">
      <w:pPr>
        <w:keepNext/>
        <w:pBdr>
          <w:bottom w:val="single" w:sz="4" w:space="3" w:color="000000"/>
        </w:pBdr>
        <w:spacing w:before="200" w:after="120"/>
        <w:rPr>
          <w:bCs/>
          <w:i/>
          <w:iCs/>
        </w:rPr>
      </w:pPr>
      <w:r>
        <w:rPr>
          <w:b/>
          <w:sz w:val="24"/>
        </w:rPr>
        <w:t>OTHER EXPERIENCE</w:t>
      </w:r>
      <w:r w:rsidR="009629AF">
        <w:rPr>
          <w:b/>
          <w:sz w:val="24"/>
        </w:rPr>
        <w:t xml:space="preserve"> </w:t>
      </w:r>
      <w:r w:rsidR="009629AF" w:rsidRPr="009629AF">
        <w:rPr>
          <w:bCs/>
          <w:i/>
          <w:iCs/>
        </w:rPr>
        <w:t>(optional; use if you previously held full-time employment outside of practicing law)</w:t>
      </w:r>
    </w:p>
    <w:p w14:paraId="7FF6560F" w14:textId="0D0D7119" w:rsidR="00167EA5" w:rsidRDefault="00000000">
      <w:pPr>
        <w:keepNext/>
      </w:pPr>
      <w:r>
        <w:rPr>
          <w:b/>
        </w:rPr>
        <w:t xml:space="preserve">EMPLOYER </w:t>
      </w:r>
      <w:r>
        <w:tab/>
      </w:r>
      <w:r>
        <w:rPr>
          <w:b/>
        </w:rPr>
        <w:t>City, State</w:t>
      </w:r>
    </w:p>
    <w:p w14:paraId="28508166" w14:textId="77777777" w:rsidR="00167EA5" w:rsidRDefault="00000000">
      <w:pPr>
        <w:keepNext/>
        <w:spacing w:after="40"/>
      </w:pPr>
      <w:r>
        <w:rPr>
          <w:i/>
        </w:rPr>
        <w:t>Position Title</w:t>
      </w:r>
      <w:r>
        <w:tab/>
      </w:r>
      <w:r w:rsidRPr="00F2020A">
        <w:rPr>
          <w:bCs/>
          <w:iCs/>
        </w:rPr>
        <w:t>Month Year – Month Year</w:t>
      </w:r>
    </w:p>
    <w:p w14:paraId="3380FAF3" w14:textId="77777777" w:rsidR="00167EA5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Briefly describe relevant responsibilities or accomplishments.</w:t>
      </w:r>
    </w:p>
    <w:p w14:paraId="378B8AE4" w14:textId="77777777" w:rsidR="0027726D" w:rsidRDefault="0027726D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76280E65" w14:textId="08837E28" w:rsidR="00167EA5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EDUCATION</w:t>
      </w:r>
    </w:p>
    <w:p w14:paraId="79BD3BE3" w14:textId="77777777" w:rsidR="00167EA5" w:rsidRDefault="00000000">
      <w:pPr>
        <w:keepNext/>
      </w:pPr>
      <w:r>
        <w:rPr>
          <w:b/>
        </w:rPr>
        <w:t>LAW SCHOOL NAME</w:t>
      </w:r>
      <w:r>
        <w:tab/>
      </w:r>
      <w:r>
        <w:rPr>
          <w:b/>
        </w:rPr>
        <w:t>City, State</w:t>
      </w:r>
    </w:p>
    <w:p w14:paraId="6BAF75C3" w14:textId="77777777" w:rsidR="00167EA5" w:rsidRPr="00F2020A" w:rsidRDefault="00000000">
      <w:pPr>
        <w:keepNext/>
        <w:spacing w:after="40"/>
        <w:rPr>
          <w:bCs/>
          <w:iCs/>
        </w:rPr>
      </w:pPr>
      <w:r>
        <w:rPr>
          <w:i/>
        </w:rPr>
        <w:t>Juris Doctor</w:t>
      </w:r>
      <w:r>
        <w:tab/>
      </w:r>
      <w:r w:rsidRPr="00F2020A">
        <w:rPr>
          <w:bCs/>
          <w:iCs/>
        </w:rPr>
        <w:t>Month Year</w:t>
      </w:r>
    </w:p>
    <w:p w14:paraId="4545B53F" w14:textId="77777777" w:rsidR="00167EA5" w:rsidRDefault="00000000">
      <w:pPr>
        <w:keepNext/>
        <w:spacing w:before="100"/>
      </w:pPr>
      <w:r>
        <w:rPr>
          <w:b/>
        </w:rPr>
        <w:t>UNDERGRADUATE INSTITUTION</w:t>
      </w:r>
      <w:r>
        <w:tab/>
      </w:r>
      <w:r>
        <w:rPr>
          <w:b/>
        </w:rPr>
        <w:t>City, State</w:t>
      </w:r>
    </w:p>
    <w:p w14:paraId="1E471206" w14:textId="77777777" w:rsidR="00167EA5" w:rsidRDefault="00000000">
      <w:pPr>
        <w:keepNext/>
        <w:spacing w:after="40"/>
      </w:pPr>
      <w:r>
        <w:rPr>
          <w:i/>
        </w:rPr>
        <w:t>Bachelor of Arts / Science in Major</w:t>
      </w:r>
      <w:r>
        <w:tab/>
      </w:r>
      <w:r w:rsidRPr="00F2020A">
        <w:rPr>
          <w:bCs/>
          <w:iCs/>
        </w:rPr>
        <w:t>Month Year</w:t>
      </w:r>
    </w:p>
    <w:p w14:paraId="278B2561" w14:textId="77777777" w:rsidR="00167EA5" w:rsidRDefault="00000000">
      <w:r>
        <w:rPr>
          <w:i/>
        </w:rPr>
        <w:t xml:space="preserve">Honors: </w:t>
      </w:r>
      <w:r>
        <w:t>Latin honors, scholarships or academic distinctions, if applicable</w:t>
      </w:r>
    </w:p>
    <w:p w14:paraId="0ABD7CE5" w14:textId="77777777" w:rsidR="0027726D" w:rsidRDefault="0027726D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2025D2BB" w14:textId="200C2388" w:rsidR="00167EA5" w:rsidRPr="00A60521" w:rsidRDefault="00000000">
      <w:pPr>
        <w:keepNext/>
        <w:pBdr>
          <w:bottom w:val="single" w:sz="4" w:space="3" w:color="000000"/>
        </w:pBdr>
        <w:spacing w:before="200" w:after="120"/>
        <w:rPr>
          <w:bCs/>
          <w:i/>
          <w:iCs/>
        </w:rPr>
      </w:pPr>
      <w:r>
        <w:rPr>
          <w:b/>
          <w:sz w:val="24"/>
        </w:rPr>
        <w:t>ADMISSIONS</w:t>
      </w:r>
      <w:r w:rsidR="00A60521">
        <w:rPr>
          <w:b/>
          <w:sz w:val="24"/>
        </w:rPr>
        <w:t xml:space="preserve"> </w:t>
      </w:r>
      <w:r w:rsidR="00A60521" w:rsidRPr="00A60521">
        <w:rPr>
          <w:bCs/>
          <w:i/>
          <w:iCs/>
          <w:sz w:val="24"/>
        </w:rPr>
        <w:t xml:space="preserve">(or, </w:t>
      </w:r>
      <w:r w:rsidR="00A60521" w:rsidRPr="00A60521">
        <w:rPr>
          <w:b/>
          <w:sz w:val="24"/>
        </w:rPr>
        <w:t>BAR ADMISSIONS AND PROFESSIONAL CERTIFICATIONS</w:t>
      </w:r>
      <w:r w:rsidR="00A60521">
        <w:rPr>
          <w:bCs/>
          <w:i/>
          <w:iCs/>
          <w:sz w:val="24"/>
        </w:rPr>
        <w:t>, if applicable</w:t>
      </w:r>
      <w:r w:rsidR="00A60521" w:rsidRPr="00A60521">
        <w:rPr>
          <w:bCs/>
          <w:i/>
          <w:iCs/>
          <w:sz w:val="24"/>
        </w:rPr>
        <w:t>)</w:t>
      </w:r>
    </w:p>
    <w:p w14:paraId="66121743" w14:textId="77777777" w:rsidR="00167EA5" w:rsidRDefault="00000000">
      <w:r>
        <w:t>State (Year); Additional state and year, if applicable</w:t>
      </w:r>
    </w:p>
    <w:p w14:paraId="5F13628B" w14:textId="77777777" w:rsidR="00167EA5" w:rsidRDefault="00000000">
      <w:r>
        <w:t>Federal court admissions, if applicable; delete this line if unused</w:t>
      </w:r>
    </w:p>
    <w:p w14:paraId="5689BD7B" w14:textId="27FCA1E1" w:rsidR="00F2020A" w:rsidRDefault="00F2020A">
      <w:r>
        <w:t>USPTO, if applicable</w:t>
      </w:r>
    </w:p>
    <w:p w14:paraId="4E10F730" w14:textId="77777777" w:rsidR="0027726D" w:rsidRDefault="0027726D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05B85C58" w14:textId="226D16D0" w:rsidR="00167EA5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INTERESTS</w:t>
      </w:r>
    </w:p>
    <w:p w14:paraId="0CBB5A63" w14:textId="77777777" w:rsidR="00167EA5" w:rsidRDefault="00000000">
      <w:r>
        <w:t>List a few specific personal interests, hobbies or activities.</w:t>
      </w:r>
    </w:p>
    <w:sectPr w:rsidR="00167EA5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4B41413"/>
    <w:multiLevelType w:val="hybridMultilevel"/>
    <w:tmpl w:val="85F8F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85415">
    <w:abstractNumId w:val="8"/>
  </w:num>
  <w:num w:numId="2" w16cid:durableId="65493629">
    <w:abstractNumId w:val="6"/>
  </w:num>
  <w:num w:numId="3" w16cid:durableId="1663267624">
    <w:abstractNumId w:val="5"/>
  </w:num>
  <w:num w:numId="4" w16cid:durableId="1588270668">
    <w:abstractNumId w:val="4"/>
  </w:num>
  <w:num w:numId="5" w16cid:durableId="887304630">
    <w:abstractNumId w:val="7"/>
  </w:num>
  <w:num w:numId="6" w16cid:durableId="665744251">
    <w:abstractNumId w:val="3"/>
  </w:num>
  <w:num w:numId="7" w16cid:durableId="1788114619">
    <w:abstractNumId w:val="2"/>
  </w:num>
  <w:num w:numId="8" w16cid:durableId="2115513011">
    <w:abstractNumId w:val="1"/>
  </w:num>
  <w:num w:numId="9" w16cid:durableId="426928986">
    <w:abstractNumId w:val="0"/>
  </w:num>
  <w:num w:numId="10" w16cid:durableId="17620282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7EA5"/>
    <w:rsid w:val="0027726D"/>
    <w:rsid w:val="0029639D"/>
    <w:rsid w:val="00302D9E"/>
    <w:rsid w:val="00326F90"/>
    <w:rsid w:val="003B4D58"/>
    <w:rsid w:val="009629AF"/>
    <w:rsid w:val="00A60521"/>
    <w:rsid w:val="00AA1D8D"/>
    <w:rsid w:val="00B47730"/>
    <w:rsid w:val="00CB0664"/>
    <w:rsid w:val="00F202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31DCA6"/>
  <w14:defaultImageDpi w14:val="300"/>
  <w15:docId w15:val="{D0EF4B32-64F5-E447-A302-AA0CFEC6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tabs>
        <w:tab w:val="right" w:pos="10080"/>
      </w:tabs>
      <w:spacing w:after="0" w:line="240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/>
      <w:color w:val="000000"/>
      <w:sz w:val="22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/>
      <w:color w:val="000000"/>
      <w:sz w:val="22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/>
      <w:color w:val="000000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/>
      <w:color w:val="000000"/>
      <w:sz w:val="22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color w:val="000000"/>
      <w:sz w:val="22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/>
      <w:i/>
      <w:iCs/>
      <w:color w:val="00000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/>
      <w:b/>
      <w:bCs/>
      <w:color w:val="000000"/>
      <w:sz w:val="22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/>
      <w:i/>
      <w:iCs/>
      <w:color w:val="000000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/>
      <w:b/>
      <w:bCs/>
      <w:i/>
      <w:iCs/>
      <w:color w:val="000000"/>
      <w:sz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/>
      <w:i/>
      <w:iCs/>
      <w:color w:val="000000"/>
      <w:sz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/>
      <w:b/>
      <w:bCs/>
      <w:i/>
      <w:iCs/>
      <w:color w:val="000000"/>
      <w:sz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/>
      <w:smallCaps/>
      <w:color w:val="000000"/>
      <w:sz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/>
      <w:b/>
      <w:bCs/>
      <w:smallCaps/>
      <w:color w:val="000000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/>
      <w:b/>
      <w:bCs/>
      <w:smallCaps/>
      <w:color w:val="000000"/>
      <w:spacing w:val="5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Attorney Resume Template</dc:title>
  <dc:subject>Traditional attorney resume template</dc:subject>
  <dc:creator>Thrive Legal Search</dc:creator>
  <cp:keywords/>
  <dc:description>Replace bracketed prompts. Use reverse chronological order. Delete optional lines and unused sections. Duplicate employer entries as needed. Preserve Times New Roman formatting.</dc:description>
  <cp:lastModifiedBy>Amanda Ellis</cp:lastModifiedBy>
  <cp:revision>6</cp:revision>
  <cp:lastPrinted>2026-10-04T13:51:00Z</cp:lastPrinted>
  <dcterms:created xsi:type="dcterms:W3CDTF">2013-12-23T23:15:00Z</dcterms:created>
  <dcterms:modified xsi:type="dcterms:W3CDTF">2026-10-04T14:15:00Z</dcterms:modified>
  <cp:category/>
</cp:coreProperties>
</file>